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Quittance de loyer</w:t>
      </w:r>
    </w:p>
    <w:p>
      <w:r>
        <w:t>Période du ……………………………… au ………………………………</w:t>
      </w:r>
    </w:p>
    <w:p>
      <w:r>
        <w:rPr>
          <w:b/>
          <w:color w:val="5C6270"/>
          <w:sz w:val="16"/>
        </w:rPr>
        <w:t>BAILLEUR : NOM ET ADRESSE</w:t>
      </w:r>
    </w:p>
    <w:p>
      <w:r>
        <w:t>…………………………………………………………………………………………………………</w:t>
      </w:r>
    </w:p>
    <w:p>
      <w:r>
        <w:t>…………………………………………………………………………………………………………</w:t>
      </w:r>
    </w:p>
    <w:p>
      <w:r>
        <w:rPr>
          <w:b/>
          <w:color w:val="5C6270"/>
          <w:sz w:val="16"/>
        </w:rPr>
        <w:t>LOCATAIRE : NOM</w:t>
      </w:r>
    </w:p>
    <w:p>
      <w:r>
        <w:t>…………………………………………………………………………………………………………</w:t>
      </w:r>
    </w:p>
    <w:p>
      <w:r>
        <w:rPr>
          <w:b/>
          <w:color w:val="5C6270"/>
          <w:sz w:val="16"/>
        </w:rPr>
        <w:t>ADRESSE DU LOGEMENT LOUÉ</w:t>
      </w:r>
    </w:p>
    <w:p>
      <w:r>
        <w:t>…………………………………………………………………………………………………………</w:t>
      </w:r>
    </w:p>
    <w:p>
      <w:r>
        <w:t>Je soussigné·e ………………………………………………………………, bailleur du logement désigné ci-dessus, déclare avoir reçu de ……………………………………………………………… la somme de ……………………………… € (en lettres : ………………………………………………………………………………………………), au titre du loyer et des charges pour la période ci-dessus, payée le ……………………………….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Loyer hors charges</w:t>
            </w:r>
          </w:p>
        </w:tc>
        <w:tc>
          <w:tcPr>
            <w:tcW w:type="dxa" w:w="4933"/>
          </w:tcPr>
          <w:p>
            <w:pPr>
              <w:jc w:val="right"/>
            </w:pPr>
            <w:r>
              <w:t>€</w:t>
            </w:r>
          </w:p>
        </w:tc>
      </w:tr>
      <w:tr>
        <w:tc>
          <w:tcPr>
            <w:tcW w:type="dxa" w:w="4933"/>
          </w:tcPr>
          <w:p>
            <w:r>
              <w:t>Provisions pour charges</w:t>
            </w:r>
          </w:p>
        </w:tc>
        <w:tc>
          <w:tcPr>
            <w:tcW w:type="dxa" w:w="4933"/>
          </w:tcPr>
          <w:p>
            <w:pPr>
              <w:jc w:val="right"/>
            </w:pPr>
            <w:r>
              <w:t>€</w:t>
            </w:r>
          </w:p>
        </w:tc>
      </w:tr>
      <w:tr>
        <w:tc>
          <w:tcPr>
            <w:tcW w:type="dxa" w:w="4933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33"/>
          </w:tcPr>
          <w:p>
            <w:pPr>
              <w:jc w:val="right"/>
            </w:pPr>
            <w:r>
              <w:rPr>
                <w:b/>
              </w:rPr>
              <w:t>€</w:t>
            </w:r>
          </w:p>
        </w:tc>
      </w:tr>
    </w:tbl>
    <w:p/>
    <w:p>
      <w:r>
        <w:t>Cette quittance annule tous les reçus qui auraient pu être établis en cas de paiement partiel du terme ci-dessus. Elle ne préjuge pas du paiement des termes antérieurs.</w:t>
      </w:r>
    </w:p>
    <w:p>
      <w:r>
        <w:t>Fait à ………………………………, le ………………………………</w:t>
      </w:r>
    </w:p>
    <w:p>
      <w:r>
        <w:t>Signature du bailleur :</w:t>
      </w:r>
    </w:p>
    <w:p/>
    <w:p/>
    <w:p>
      <w:r>
        <w:rPr>
          <w:sz w:val="17"/>
        </w:rPr>
        <w:t>Quittance délivrée gratuitement en application de l'article 21 de la loi n° 89-462 du 6 juillet 1989.</w:t>
      </w:r>
    </w:p>
    <w:p>
      <w:r>
        <w:rPr>
          <w:color w:val="8A8F9C"/>
          <w:sz w:val="15"/>
        </w:rPr>
        <w:t>Modèle gratuit Pierria : pierria.fr/outils/quittance-de-loyer.html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quittance de loyer</dc:title>
  <dc:subject/>
  <dc:creator>Pierria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